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CONTRATO INDIVIDUAL DE TRABAJO POR DURACIÓN DE OBRA O LABOR DETERMINADA</w:t>
      </w:r>
    </w:p>
    <w:p>
      <w:pPr>
        <w:spacing w:before="80"/>
      </w:pPr>
      <w:r>
        <w:rPr>
          <w:i/>
          <w:color w:val="555F70"/>
          <w:sz w:val="19"/>
        </w:rPr>
        <w:t>Modelo con las cláusulas del artículo 39 del Código Sustantivo del Trabajo y las condiciones del numeral 2 del artículo 46 (redacción del artículo 6 de la Ley 2466 de 2025). ⚠️ Si la obra o labor no queda descrita «de forma precisa y detallada», o si el trabajador sigue prestando servicios cuando la obra termina, el contrato se entiende a término indefinido desde el inicio. Reemplace todo lo que está entre corchetes y borre esta nota antes de firmar.</w:t>
      </w:r>
    </w:p>
    <w:p>
      <w:pPr>
        <w:spacing w:before="280" w:after="120"/>
      </w:pPr>
      <w:r>
        <w:rPr>
          <w:b/>
          <w:color w:val="0F1E3C"/>
          <w:sz w:val="23"/>
        </w:rPr>
        <w:t>Partes</w:t>
      </w:r>
    </w:p>
    <w:p>
      <w:r>
        <w:rPr>
          <w:b w:val="0"/>
        </w:rPr>
        <w:t>EMPLEADOR: [razón social], NIT [número], domiciliado en [dirección y ciudad], representado por [nombre], identificado con [documento].</w:t>
        <w:br/>
        <w:t>TRABAJADOR(A): [nombre completo], identificado(a) con [tipo y número de documento], domiciliado(a) en [dirección y ciudad].</w:t>
      </w:r>
    </w:p>
    <w:p>
      <w:r>
        <w:rPr>
          <w:b w:val="0"/>
        </w:rPr>
        <w:t>Lugar y fecha de celebración: [ciudad], [día] de [mes] de [año]. Lugar donde se contrata: [ciudad]. Lugar donde se prestará el servicio: [dirección de la obra o sede].</w:t>
      </w:r>
    </w:p>
    <w:p>
      <w:pPr>
        <w:spacing w:before="280" w:after="120"/>
      </w:pPr>
      <w:r>
        <w:rPr>
          <w:b/>
          <w:color w:val="0F1E3C"/>
          <w:sz w:val="23"/>
        </w:rPr>
        <w:t>Primera · Obra o labor contratada</w:t>
      </w:r>
    </w:p>
    <w:p>
      <w:r>
        <w:rPr>
          <w:b w:val="0"/>
        </w:rPr>
        <w:t>El presente contrato dura el tiempo que tarde la realización de la siguiente obra o labor determinada: [describa de forma precisa y detallada la obra o labor: qué se hace, en qué proyecto o frente, y qué hecho marca su terminación. Ejemplo: «instalación de las redes hidrosanitarias de las torres 1 y 2 del proyecto [nombre], hasta su entrega al interventor»].</w:t>
      </w:r>
    </w:p>
    <w:p>
      <w:pPr>
        <w:spacing w:before="80"/>
      </w:pPr>
      <w:r>
        <w:rPr>
          <w:i/>
          <w:color w:val="555F70"/>
          <w:sz w:val="19"/>
        </w:rPr>
        <w:t>Prueba de suficiencia: leyendo solo esta cláusula, un tercero debe poder saber cuándo termina la labor. Si para saberlo hay que preguntar, la descripción no cumple el artículo 46.</w:t>
      </w:r>
    </w:p>
    <w:p>
      <w:pPr>
        <w:spacing w:before="280" w:after="120"/>
      </w:pPr>
      <w:r>
        <w:rPr>
          <w:b/>
          <w:color w:val="0F1E3C"/>
          <w:sz w:val="23"/>
        </w:rPr>
        <w:t>Segunda · Cargo y naturaleza del trabajo</w:t>
      </w:r>
    </w:p>
    <w:p>
      <w:r>
        <w:rPr>
          <w:b w:val="0"/>
        </w:rPr>
        <w:t>Cargo: [nombre del cargo]. Funciones principales: [según el perfil o manual de funciones del cargo].</w:t>
      </w:r>
    </w:p>
    <w:p>
      <w:pPr>
        <w:spacing w:before="280" w:after="120"/>
      </w:pPr>
      <w:r>
        <w:rPr>
          <w:b/>
          <w:color w:val="0F1E3C"/>
          <w:sz w:val="23"/>
        </w:rPr>
        <w:t>Tercera · Remuneración</w:t>
      </w:r>
    </w:p>
    <w:p>
      <w:r>
        <w:rPr>
          <w:b w:val="0"/>
        </w:rPr>
        <w:t>Salario: $[valor] [mensual / quincenal], pagadero por [transferencia / otro medio] los días [fechas]. [Si hay suministro de habitación o alimentación como parte del salario, indique su valor estimado.]</w:t>
      </w:r>
    </w:p>
    <w:p>
      <w:pPr>
        <w:spacing w:before="280" w:after="120"/>
      </w:pPr>
      <w:r>
        <w:rPr>
          <w:b/>
          <w:color w:val="0F1E3C"/>
          <w:sz w:val="23"/>
        </w:rPr>
        <w:t>Cuarta · Jornada</w:t>
      </w:r>
    </w:p>
    <w:p>
      <w:r>
        <w:rPr>
          <w:b w:val="0"/>
        </w:rPr>
        <w:t>La jornada será la máxima legal vigente o la que se pacte: [horario], sin perjuicio de los cambios que autorice la ley.</w:t>
      </w:r>
    </w:p>
    <w:p>
      <w:pPr>
        <w:spacing w:before="280" w:after="120"/>
      </w:pPr>
      <w:r>
        <w:rPr>
          <w:b/>
          <w:color w:val="0F1E3C"/>
          <w:sz w:val="23"/>
        </w:rPr>
        <w:t>Quinta · Período de prueba (opcional)</w:t>
      </w:r>
    </w:p>
    <w:p>
      <w:r>
        <w:rPr>
          <w:b w:val="0"/>
        </w:rPr>
        <w:t>Las partes pactan un período de prueba de [días], que no excede de dos (2) meses. Durante este período cualquiera de las partes puede terminar el contrato sin previo aviso.</w:t>
      </w:r>
    </w:p>
    <w:p>
      <w:pPr>
        <w:spacing w:before="80"/>
      </w:pPr>
      <w:r>
        <w:rPr>
          <w:i/>
          <w:color w:val="555F70"/>
          <w:sz w:val="19"/>
        </w:rPr>
        <w:t>Artículos 77, 78 y 80 del CST: el período de prueba solo existe si se estipula por escrito, no puede exceder de dos meses y en contratos sucesivos con el mismo trabajador solo vale en el primero. Si no aplica, borre esta cláusula.</w:t>
      </w:r>
    </w:p>
    <w:p>
      <w:pPr>
        <w:spacing w:before="280" w:after="120"/>
      </w:pPr>
      <w:r>
        <w:rPr>
          <w:b/>
          <w:color w:val="0F1E3C"/>
          <w:sz w:val="23"/>
        </w:rPr>
        <w:t>Sexta · Terminación</w:t>
      </w:r>
    </w:p>
    <w:p>
      <w:r>
        <w:rPr>
          <w:b w:val="0"/>
        </w:rPr>
        <w:t>El contrato termina por la terminación de la obra o labor contratada (artículo 61, literal d, del CST) y por las demás causas legales. Si el empleador lo termina sin justa causa antes de concluir la obra, pagará la indemnización del artículo 64: los salarios del lapso que faltaba para terminarla, sin que sea inferior a quince (15) días.</w:t>
      </w:r>
    </w:p>
    <w:p>
      <w:pPr>
        <w:spacing w:before="280" w:after="120"/>
      </w:pPr>
      <w:r>
        <w:rPr>
          <w:b/>
          <w:color w:val="0F1E3C"/>
          <w:sz w:val="23"/>
        </w:rPr>
        <w:t>Séptima · Prestaciones y vacaciones</w:t>
      </w:r>
    </w:p>
    <w:p>
      <w:r>
        <w:rPr>
          <w:b w:val="0"/>
        </w:rPr>
        <w:t>El trabajador tiene derecho al pago de vacaciones y prestaciones sociales en proporción al tiempo laborado, cualquiera que este sea (artículo 46, parágrafo 1, del CST).</w:t>
      </w:r>
    </w:p>
    <w:p>
      <w:pPr>
        <w:spacing w:before="280" w:after="120"/>
      </w:pPr>
      <w:r>
        <w:rPr>
          <w:b/>
          <w:color w:val="0F1E3C"/>
          <w:sz w:val="23"/>
        </w:rPr>
        <w:t>Octava · Nueva obra o labor</w:t>
      </w:r>
    </w:p>
    <w:p>
      <w:r>
        <w:rPr>
          <w:b w:val="0"/>
        </w:rPr>
        <w:t>Si al terminar la obra las partes acuerdan continuar en una obra o labor nueva y diferente, lo harán mediante adición escrita a este contrato que la describa de forma clara y precisa, o liquidarán este contrato y celebrarán uno nuevo.</w:t>
      </w:r>
    </w:p>
    <w:p>
      <w:r>
        <w:rPr>
          <w:b w:val="0"/>
        </w:rPr>
        <w:t>En constancia se firma en dos ejemplares del mismo tenor, uno para cada parte.</w:t>
      </w:r>
    </w:p>
    <w:p/>
    <w:p>
      <w:r>
        <w:rPr>
          <w:b w:val="0"/>
        </w:rPr>
        <w:t>______________________________________________</w:t>
      </w:r>
    </w:p>
    <w:p>
      <w:r>
        <w:rPr>
          <w:b w:val="0"/>
        </w:rPr>
        <w:t>EMPLEADOR · [nombre del representante]</w:t>
      </w:r>
    </w:p>
    <w:p/>
    <w:p>
      <w:r>
        <w:rPr>
          <w:b w:val="0"/>
        </w:rPr>
        <w:t>______________________________________________</w:t>
      </w:r>
    </w:p>
    <w:p>
      <w:r>
        <w:rPr>
          <w:b w:val="0"/>
        </w:rPr>
        <w:t>TRABAJADOR(A) · [nombre]  ·  C.C. [número]</w:t>
      </w:r>
    </w:p>
    <w:p>
      <w:r>
        <w:br w:type="page"/>
      </w:r>
    </w:p>
    <w:p>
      <w:pPr>
        <w:spacing w:after="280"/>
      </w:pPr>
      <w:r>
        <w:rPr>
          <w:b/>
          <w:color w:val="0F1E3C"/>
          <w:sz w:val="28"/>
        </w:rPr>
        <w:t>ADICIÓN POR NUEVA Y DIFERENTE OBRA O LABOR</w:t>
      </w:r>
    </w:p>
    <w:p>
      <w:r>
        <w:rPr>
          <w:b w:val="0"/>
        </w:rPr>
        <w:t>En [ciudad], el [fecha], las partes del contrato celebrado el [fecha del contrato] dejan constancia de que la obra o labor «[obra inicial]» terminó el [fecha], y acuerdan continuar el contrato para la siguiente obra o labor, nueva y diferente de la anterior: [descripción precisa y detallada].</w:t>
      </w:r>
    </w:p>
    <w:p/>
    <w:p>
      <w:r>
        <w:rPr>
          <w:b w:val="0"/>
        </w:rPr>
        <w:t>______________________________________________</w:t>
      </w:r>
    </w:p>
    <w:p>
      <w:r>
        <w:rPr>
          <w:b w:val="0"/>
        </w:rPr>
        <w:t>EMPLEADOR</w:t>
      </w:r>
    </w:p>
    <w:p/>
    <w:p>
      <w:r>
        <w:rPr>
          <w:b w:val="0"/>
        </w:rPr>
        <w:t>______________________________________________</w:t>
      </w:r>
    </w:p>
    <w:p>
      <w:r>
        <w:rPr>
          <w:b w:val="0"/>
        </w:rPr>
        <w:t>TRABAJADOR(A)</w:t>
      </w:r>
    </w:p>
    <w:p>
      <w:pPr>
        <w:spacing w:before="280" w:after="120"/>
      </w:pPr>
      <w:r>
        <w:rPr>
          <w:b/>
          <w:color w:val="0F1E3C"/>
          <w:sz w:val="23"/>
        </w:rPr>
        <w:t>Base legal (verifique la vigencia antes de usar)</w:t>
      </w:r>
    </w:p>
    <w:p>
      <w:pPr>
        <w:pStyle w:val="ListBullet"/>
        <w:spacing w:after="80"/>
      </w:pPr>
      <w:r>
        <w:t>Artículo 45 del CST: el contrato puede celebrarse «por el tiempo que dure la realización de una obra o labor determinada».</w:t>
      </w:r>
    </w:p>
    <w:p>
      <w:pPr>
        <w:pStyle w:val="ListBullet"/>
        <w:spacing w:after="80"/>
      </w:pPr>
      <w:r>
        <w:t>Artículo 46, numeral 2 (artículo 6 de la Ley 2466 de 2025): debe celebrarse por escrito e indicar «de forma precisa y detallada, la obra o labor contratada»; si no, o si el trabajador continúa al finalizar la obra, se entiende a término indefinido desde el inicio, salvo nueva y diferente obra o labor documentada.</w:t>
      </w:r>
    </w:p>
    <w:p>
      <w:pPr>
        <w:pStyle w:val="ListBullet"/>
        <w:spacing w:after="80"/>
      </w:pPr>
      <w:r>
        <w:t>Artículo 46, parágrafo 1: vacaciones y prestaciones sociales en proporción al tiempo laborado.</w:t>
      </w:r>
    </w:p>
    <w:p>
      <w:pPr>
        <w:pStyle w:val="ListBullet"/>
        <w:spacing w:after="80"/>
      </w:pPr>
      <w:r>
        <w:t>Artículo 39: contenido mínimo del contrato escrito.</w:t>
      </w:r>
    </w:p>
    <w:p>
      <w:pPr>
        <w:pStyle w:val="ListBullet"/>
        <w:spacing w:after="80"/>
      </w:pPr>
      <w:r>
        <w:t>Artículos 77, 78 y 80: período de prueba.</w:t>
      </w:r>
    </w:p>
    <w:p>
      <w:pPr>
        <w:pStyle w:val="ListBullet"/>
        <w:spacing w:after="80"/>
      </w:pPr>
      <w:r>
        <w:t>Artículo 61, literal d: terminación por terminación de la obra o labor contratada.</w:t>
      </w:r>
    </w:p>
    <w:p>
      <w:pPr>
        <w:pStyle w:val="ListBullet"/>
        <w:spacing w:after="80"/>
      </w:pPr>
      <w:r>
        <w:t>Artículo 64: indemnización por terminación sin justa causa, no inferior a quince días en este contrato.</w:t>
      </w:r>
    </w:p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trabajo por duración de obra o labor determinada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